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 קבלה לתוכנית, מכינה או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בשיטת STAR ופיץ׳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למראיין ובהתמודדות עם 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מצלמה, מיקרופון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מוחקים אותן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לבדוק מצלמה, מיקרופון וחיבור לפני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כותבים גם מה היו משנים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שני מרכיבים מתוך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שני ראיונות קבוצתיים שונים ברשימת המצבים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במשימה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משימה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(פתיחה, חוזקות, מטרה וחיבור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(ארבעה סיפורים לפי מצב, משימה, פעולה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(עבודה בקבוצה ודף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(בדיקת מצלמה, מיקרופון ורקע)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(דירוג עצמי והודעת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פיץ׳ אישי ותרגול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בנק 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השתתפות בסימולציה של יום מיונים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הכנה טכנית לראיון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שאלות למראיין ובחירת השתיים הטובות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רפלקציה והודעת תודה אחרי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ארבעה שלבים ברורים: מצב, משימה, פעולה,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ענייניות שאינן נענות במידע הכתוב, מראות סקרנות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מבוסס על ניסיון או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חיבור, רקע ואור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ממוקדת שלא נענית במידע הכתוב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הפיץ׳ בזוגות ולהקליט במכשיר נייד להדגמה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הקבוצתית מומלץ להכין מראש דף תצפית פשוט לצופים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תרגילי השאלות למצבים הספציפיים המופיעים בעמוד כגון מכינה, עבודה ראשונה או מלגה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השלבים המרכזיים בהכנה לראיון: פיץ׳ קצר, סיפורי STAR, ראיון מקוון, שאלות למראיין ורפלקציה.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שניות אמור להימשך הפיץ׳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כלול בסיפור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סיפורי STAR צריך להכין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לבדוק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מצלמה, מיקרופון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למראיין צריך לכתוב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עם שאלות שהתשובה עליהן כבר ידועה?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אותן ראשונות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אותן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למראיין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בסימולציה של יום מיונים מתחלקים לקבוצות של חמישה-שישה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אין צורך לבדוק את המצלמה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ברפלקציה אחרי ראיון כותבים רק מה הלך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STAR צריך גם מצב וגם 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קבוצתי הוא רק סוג אחד של מצב לתרגול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יום מיונים קבוצתי יש צופים שממלאים דף תצפית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בפיץ׳ כותבים פתיחה, שתי חוזקות עם דוגמאות, מטרה ו__________ לתוכנית או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בבנק סיפורי STAR אחד הסיפורים הוא על כישלון ש__________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בראיון מקוון כדאי להכין פינה שקטה עם אור מלפנים ו__________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הראיון כותבים הודעת __________ קצרה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בסימולציה הקבוצתית מבצעים משימת __________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בתרגיל השאלות בוחרים את שתי השאלות ה__________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משימה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פיץ׳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דירוג עצמי והודעת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בנק סיפורי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בדיקת מצלמה, מיקרופון ורקע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סימולציה של יום מיונים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ארבעה סיפורים לפי מצב, משימה, פעולה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הכנה לראיון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פתיחה, חוזקות,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 אחרי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עבודה בקבוצה ודף תצפית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והודעת תודה אחרי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פיץ׳ אישי ותרגול 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שאלות למראיין ובחירת השתיים הטובות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בסימולציה של יום מיונים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בנק 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טכנית לראיון מקוון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STAR קצר על מצב שבו הראיתם אחריות או יוזמה. ודאו שיש בו מצב, משימה, פעולה ותוצאה.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שאלות שהייתם שואלים מראיין בתוכנית או במקום עבודה, שמראות עניין 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דבר אחד שהייתם משפרים בראיון הבא שלכם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ארבעת מרכיבי סיפור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ראיון מקוון?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טובה למראיין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