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ההכנה לראיון קבלה לתוכנית, מכינה או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סיפור בשיטת STAR ופיץ׳ אישי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בשאלות למראיין ובהתמודדות עם ראיון קבוצתי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מצלמה, מיקרופון וחיבור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לבדוק מצלמה, מיקרופון וחיבור לפני 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כותבים גם מה היו משנים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למדתם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משימה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(פתיחה, חוזקות, מטרה וחיבור לתוכנית)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(ארבעה סיפורים לפי מצב, משימה, פעולה ותוצאה)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(עבודה בקבוצה ודף תצפית)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(בדיקת מצלמה, מיקרופון ורקע)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פיץ׳ אישי ותרגול הקלטה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בניית בנק סיפורי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השתתפות בסימולציה של יום מיונים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הכנה טכנית לראיון מקוון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שאלות ענייניות שאינן נענות במידע הכתוב, מראות סקרנות אמיתית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מצב, משימה, פעולה,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מצלמה, מיקרופון, חיבור, רקע ואור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ממוקדת שלא נענית במידע הכתוב כבר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הפיץ׳ בזוגות ולהקליט במכשיר נייד להדגמה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לסימולציה הקבוצתית מומלץ להכין מראש דף תצפית פשוט לצופים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תרגילי השאלות למצבים הספציפיים המופיעים בעמוד כגון מכינה, עבודה ראשונה או מלגה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השלבים המרכזיים בהכנה לראיון: פיץ׳ קצר, סיפורי STAR, ראיון מקוון, שאלות למראיין ורפלקציה.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רקע  ·  תודה  ·  חיבור  ·  למדתם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שניות אמור להימשך הפיץ׳ האישי?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סיפורי STAR צריך להכין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חשוב לבדוק לפני ראיון מקוון?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מיקרופון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מצלמה, מיקרופון וחיבור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רקע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בסימולציה של יום מיונים מתחלקים לקבוצות של חמישה-שישה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בראיון מקוון אין צורך לבדוק את המצלמה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ברפלקציה אחרי ראיון כותבים רק מה הלך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בפיץ׳ כותבים פתיחה, שתי חוזקות עם דוגמאות, מטרה ו__________ לתוכנית או לעבודה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בבנק סיפורי STAR אחד הסיפורים הוא על כישלון ש__________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בראיון מקוון כדאי להכין פינה שקטה עם אור מלפנים ו__________ מסודר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אחרי הראיון כותבים הודעת __________ קצרה ומכבדת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משימה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פיץ׳ של 90 שניות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ארבעה סיפורים לפי מצב, משימה, פעולה ותוצאה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בנק סיפורי STAR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בדיקת מצלמה, מיקרופון ורקע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סימולציה של יום מיונים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פתיחה, חוזקות, מטרה וחיבור לתוכנית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הכנה לראיון מקוון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עבודה בקבוצה ודף תצפית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השתתפות בסימולציה של יום מיונים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הכנה טכנית לראיון מקוון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בניית בנק סיפורי STAR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פיץ׳ אישי ותרגול הקלטה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שאלות שהייתם שואלים מראיין בתוכנית או במקום עבודה, שמראות עניין אמיתי.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ארבעת מרכיבי סיפור STAR?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חשוב לבדוק לפני ראיון מקוון?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